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44" w:type="dxa"/>
        <w:tblLayout w:type="fixed"/>
        <w:tblLook w:val="04A0" w:firstRow="1" w:lastRow="0" w:firstColumn="1" w:lastColumn="0" w:noHBand="0" w:noVBand="1"/>
      </w:tblPr>
      <w:tblGrid>
        <w:gridCol w:w="3456"/>
        <w:gridCol w:w="3456"/>
      </w:tblGrid>
      <w:tr w:rsidR="00617C6B" w:rsidRPr="005D7F7B" w14:paraId="4917EF96" w14:textId="77777777" w:rsidTr="00617C6B"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4052E" w14:textId="77777777" w:rsidR="00617C6B" w:rsidRPr="00617C6B" w:rsidRDefault="00617C6B">
            <w:pPr>
              <w:jc w:val="center"/>
              <w:rPr>
                <w:lang w:val="ru-RU"/>
              </w:rPr>
            </w:pPr>
            <w:r w:rsidRPr="00617C6B">
              <w:rPr>
                <w:b/>
                <w:color w:val="333333"/>
                <w:sz w:val="28"/>
                <w:lang w:val="ru-RU"/>
              </w:rPr>
              <w:t>ЗАЯВА НА ПОВЕРНЕННЯ КОШТІВ</w:t>
            </w:r>
          </w:p>
          <w:p w14:paraId="27E793D3" w14:textId="087A2F37" w:rsidR="00617C6B" w:rsidRPr="00617C6B" w:rsidRDefault="005D7F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Дата заяви _____________</w:t>
            </w: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E0D10" w14:textId="0540F4A9" w:rsidR="00617C6B" w:rsidRPr="005D7F7B" w:rsidRDefault="00617C6B">
            <w:pPr>
              <w:spacing w:after="0"/>
              <w:rPr>
                <w:lang w:val="ru-RU"/>
              </w:rPr>
            </w:pPr>
          </w:p>
        </w:tc>
      </w:tr>
    </w:tbl>
    <w:p w14:paraId="148B063A" w14:textId="77777777" w:rsidR="003F676D" w:rsidRDefault="005B3E42">
      <w:r>
        <w:rPr>
          <w:b/>
          <w:color w:val="E4002B"/>
          <w:sz w:val="22"/>
        </w:rPr>
        <w:t>1. Дані продавця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5"/>
        <w:gridCol w:w="5183"/>
      </w:tblGrid>
      <w:tr w:rsidR="003F676D" w14:paraId="53542BEE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47AA654" w14:textId="77777777" w:rsidR="003F676D" w:rsidRDefault="005B3E42">
            <w:r>
              <w:rPr>
                <w:b/>
              </w:rPr>
              <w:t>Найменування продавця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04BB463" w14:textId="77777777" w:rsidR="003F676D" w:rsidRDefault="005B3E42">
            <w:r>
              <w:t>ТОВ «ВЕЛЮКС Україна»</w:t>
            </w:r>
          </w:p>
        </w:tc>
      </w:tr>
      <w:tr w:rsidR="003F676D" w:rsidRPr="00617C6B" w14:paraId="47116FEA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F262DDD" w14:textId="77777777" w:rsidR="003F676D" w:rsidRDefault="005B3E42">
            <w:r>
              <w:rPr>
                <w:b/>
              </w:rPr>
              <w:t>Адреса для повернення товару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6BA6069" w14:textId="77777777" w:rsidR="003F676D" w:rsidRPr="00617C6B" w:rsidRDefault="005B3E42">
            <w:pPr>
              <w:rPr>
                <w:lang w:val="ru-RU"/>
              </w:rPr>
            </w:pPr>
            <w:r w:rsidRPr="00617C6B">
              <w:rPr>
                <w:lang w:val="ru-RU"/>
              </w:rPr>
              <w:t>м. Київ, вул. Ревуцького, 44 А</w:t>
            </w:r>
          </w:p>
        </w:tc>
      </w:tr>
      <w:tr w:rsidR="003F676D" w14:paraId="61400919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2FF40B3" w14:textId="77777777" w:rsidR="003F676D" w:rsidRDefault="005B3E42">
            <w:proofErr w:type="spellStart"/>
            <w:r>
              <w:rPr>
                <w:b/>
              </w:rPr>
              <w:t>Контактний</w:t>
            </w:r>
            <w:proofErr w:type="spellEnd"/>
            <w:r>
              <w:rPr>
                <w:b/>
              </w:rPr>
              <w:t xml:space="preserve"> e-mail / </w:t>
            </w:r>
            <w:proofErr w:type="spellStart"/>
            <w:r>
              <w:rPr>
                <w:b/>
              </w:rPr>
              <w:t>телефон</w:t>
            </w:r>
            <w:proofErr w:type="spellEnd"/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561BA98" w14:textId="77777777" w:rsidR="003F676D" w:rsidRDefault="005B3E42">
            <w:r>
              <w:t>____________________________________________</w:t>
            </w:r>
          </w:p>
        </w:tc>
      </w:tr>
    </w:tbl>
    <w:p w14:paraId="70A9F78B" w14:textId="77777777" w:rsidR="003F676D" w:rsidRDefault="005B3E42">
      <w:r>
        <w:rPr>
          <w:b/>
          <w:color w:val="E4002B"/>
          <w:sz w:val="22"/>
        </w:rPr>
        <w:t>2. Дані покупця / кінцевого споживача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5"/>
        <w:gridCol w:w="5183"/>
      </w:tblGrid>
      <w:tr w:rsidR="003F676D" w14:paraId="2056168F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38A8C2D" w14:textId="77777777" w:rsidR="003F676D" w:rsidRDefault="005B3E42">
            <w:r>
              <w:rPr>
                <w:b/>
              </w:rPr>
              <w:t>ПІБ покупця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5307DC7" w14:textId="77777777" w:rsidR="003F676D" w:rsidRDefault="005B3E42">
            <w:r>
              <w:t>____________________________________________</w:t>
            </w:r>
          </w:p>
        </w:tc>
      </w:tr>
      <w:tr w:rsidR="003F676D" w14:paraId="7A0E291D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1AC2892" w14:textId="77777777" w:rsidR="003F676D" w:rsidRDefault="005B3E42">
            <w:r>
              <w:rPr>
                <w:b/>
              </w:rPr>
              <w:t>РНОКПП / ІПН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49D1A7D" w14:textId="77777777" w:rsidR="003F676D" w:rsidRDefault="005B3E42">
            <w:r>
              <w:t>____________________________________________</w:t>
            </w:r>
          </w:p>
        </w:tc>
      </w:tr>
      <w:tr w:rsidR="003F676D" w14:paraId="7AA0BB3D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C4C3978" w14:textId="77777777" w:rsidR="003F676D" w:rsidRDefault="005B3E42">
            <w:r>
              <w:rPr>
                <w:b/>
              </w:rPr>
              <w:t>Адреса проживання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34574DA" w14:textId="77777777" w:rsidR="003F676D" w:rsidRDefault="005B3E42">
            <w:r>
              <w:t>____________________________________________</w:t>
            </w:r>
          </w:p>
        </w:tc>
      </w:tr>
      <w:tr w:rsidR="003F676D" w14:paraId="1F3D91EC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33C1085" w14:textId="77777777" w:rsidR="003F676D" w:rsidRDefault="005B3E42">
            <w:r>
              <w:rPr>
                <w:b/>
              </w:rPr>
              <w:t>Телефон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2526D73" w14:textId="77777777" w:rsidR="003F676D" w:rsidRDefault="005B3E42">
            <w:r>
              <w:t>____________________________________________</w:t>
            </w:r>
          </w:p>
        </w:tc>
      </w:tr>
      <w:tr w:rsidR="003F676D" w14:paraId="464C1376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1813DD9C" w14:textId="77777777" w:rsidR="003F676D" w:rsidRDefault="005B3E42">
            <w:r>
              <w:rPr>
                <w:b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D29591A" w14:textId="77777777" w:rsidR="003F676D" w:rsidRDefault="005B3E42">
            <w:r>
              <w:t>____________________________________________</w:t>
            </w:r>
          </w:p>
        </w:tc>
      </w:tr>
    </w:tbl>
    <w:p w14:paraId="6F93679D" w14:textId="77777777" w:rsidR="003F676D" w:rsidRDefault="005B3E42">
      <w:r>
        <w:rPr>
          <w:b/>
          <w:color w:val="E4002B"/>
          <w:sz w:val="22"/>
        </w:rPr>
        <w:t>3. Інформація про замовлення та товар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5"/>
        <w:gridCol w:w="5183"/>
      </w:tblGrid>
      <w:tr w:rsidR="003F676D" w14:paraId="5D56BBFA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4FAD266" w14:textId="77777777" w:rsidR="003F676D" w:rsidRDefault="005B3E42">
            <w:r>
              <w:rPr>
                <w:b/>
              </w:rPr>
              <w:t>Номер замовлення / рахунку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56636F3" w14:textId="77777777" w:rsidR="003F676D" w:rsidRDefault="005B3E42">
            <w:r>
              <w:t>____________________________________________</w:t>
            </w:r>
          </w:p>
        </w:tc>
      </w:tr>
      <w:tr w:rsidR="003F676D" w14:paraId="41859EFA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3764C65" w14:textId="77777777" w:rsidR="003F676D" w:rsidRDefault="005B3E42">
            <w:r>
              <w:rPr>
                <w:b/>
              </w:rPr>
              <w:t>Дата замовлення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C5DB215" w14:textId="77777777" w:rsidR="003F676D" w:rsidRDefault="005B3E42">
            <w:r>
              <w:t>____ / ____ / 20____</w:t>
            </w:r>
          </w:p>
        </w:tc>
      </w:tr>
      <w:tr w:rsidR="003F676D" w14:paraId="0A5B6E8F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3E30C45F" w14:textId="77777777" w:rsidR="003F676D" w:rsidRDefault="005B3E42">
            <w:r>
              <w:rPr>
                <w:b/>
              </w:rPr>
              <w:t>Дата отримання товару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FEA4B66" w14:textId="77777777" w:rsidR="003F676D" w:rsidRDefault="005B3E42">
            <w:r>
              <w:t>____ / ____ / 20____</w:t>
            </w:r>
          </w:p>
        </w:tc>
      </w:tr>
      <w:tr w:rsidR="003F676D" w14:paraId="0790FF7E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70AD2A01" w14:textId="77777777" w:rsidR="003F676D" w:rsidRDefault="005B3E42">
            <w:r>
              <w:rPr>
                <w:b/>
              </w:rPr>
              <w:t>Найменування товару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E316232" w14:textId="77777777" w:rsidR="003F676D" w:rsidRDefault="005B3E42">
            <w:r>
              <w:t>____________________________________________</w:t>
            </w:r>
          </w:p>
        </w:tc>
      </w:tr>
      <w:tr w:rsidR="003F676D" w14:paraId="0D8E221F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0A64AC1" w14:textId="77777777" w:rsidR="003F676D" w:rsidRDefault="005B3E42">
            <w:r>
              <w:rPr>
                <w:b/>
              </w:rPr>
              <w:t>Артикул / модель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68EC0FA" w14:textId="77777777" w:rsidR="003F676D" w:rsidRDefault="005B3E42">
            <w:r>
              <w:t>____________________________________________</w:t>
            </w:r>
          </w:p>
        </w:tc>
      </w:tr>
      <w:tr w:rsidR="003F676D" w14:paraId="3EB79625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0BFB6F0" w14:textId="77777777" w:rsidR="003F676D" w:rsidRDefault="005B3E42">
            <w:r>
              <w:rPr>
                <w:b/>
              </w:rPr>
              <w:t>Кількість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5D9C716" w14:textId="77777777" w:rsidR="003F676D" w:rsidRDefault="005B3E42">
            <w:r>
              <w:t>__________</w:t>
            </w:r>
          </w:p>
        </w:tc>
      </w:tr>
      <w:tr w:rsidR="003F676D" w14:paraId="343246A1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2407ECB9" w14:textId="77777777" w:rsidR="003F676D" w:rsidRDefault="005B3E42">
            <w:r>
              <w:rPr>
                <w:b/>
              </w:rPr>
              <w:t>Сума до повернення, грн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F114288" w14:textId="77777777" w:rsidR="003F676D" w:rsidRDefault="005B3E42">
            <w:r>
              <w:t>____________________________________________</w:t>
            </w:r>
          </w:p>
        </w:tc>
      </w:tr>
      <w:tr w:rsidR="003F676D" w:rsidRPr="00617C6B" w14:paraId="68D72CDF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07CC658F" w14:textId="77777777" w:rsidR="003F676D" w:rsidRDefault="005B3E42">
            <w:r>
              <w:rPr>
                <w:b/>
              </w:rPr>
              <w:t>Спосіб первинної оплати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760D4F9" w14:textId="77777777" w:rsidR="003F676D" w:rsidRPr="00617C6B" w:rsidRDefault="005B3E42">
            <w:pPr>
              <w:rPr>
                <w:lang w:val="ru-RU"/>
              </w:rPr>
            </w:pPr>
            <w:r w:rsidRPr="00617C6B">
              <w:rPr>
                <w:lang w:val="ru-RU"/>
              </w:rPr>
              <w:t>☐</w:t>
            </w:r>
            <w:r w:rsidRPr="00617C6B">
              <w:rPr>
                <w:lang w:val="ru-RU"/>
              </w:rPr>
              <w:t xml:space="preserve"> банківська картка   ☐ оплата за рахунком   ☐ інше: __________</w:t>
            </w:r>
          </w:p>
        </w:tc>
      </w:tr>
    </w:tbl>
    <w:p w14:paraId="21E14DBE" w14:textId="77777777" w:rsidR="003F676D" w:rsidRPr="00617C6B" w:rsidRDefault="005B3E42">
      <w:pPr>
        <w:rPr>
          <w:lang w:val="ru-RU"/>
        </w:rPr>
      </w:pPr>
      <w:r w:rsidRPr="00617C6B">
        <w:rPr>
          <w:b/>
          <w:color w:val="E4002B"/>
          <w:sz w:val="22"/>
          <w:lang w:val="ru-RU"/>
        </w:rPr>
        <w:t>4. Підстава повернення</w:t>
      </w:r>
    </w:p>
    <w:p w14:paraId="5B70269F" w14:textId="77777777" w:rsidR="003F676D" w:rsidRPr="00617C6B" w:rsidRDefault="005B3E42">
      <w:pPr>
        <w:spacing w:after="40"/>
        <w:rPr>
          <w:lang w:val="ru-RU"/>
        </w:rPr>
      </w:pPr>
      <w:r w:rsidRPr="00617C6B">
        <w:rPr>
          <w:lang w:val="ru-RU"/>
        </w:rPr>
        <w:t>☐</w:t>
      </w:r>
      <w:r w:rsidRPr="00617C6B">
        <w:rPr>
          <w:lang w:val="ru-RU"/>
        </w:rPr>
        <w:t xml:space="preserve"> Повернення товару належної якості</w:t>
      </w:r>
      <w:r w:rsidRPr="00617C6B">
        <w:rPr>
          <w:lang w:val="ru-RU"/>
        </w:rPr>
        <w:t xml:space="preserve">    </w:t>
      </w:r>
      <w:r w:rsidRPr="00617C6B">
        <w:rPr>
          <w:lang w:val="ru-RU"/>
        </w:rPr>
        <w:t>☐</w:t>
      </w:r>
      <w:r w:rsidRPr="00617C6B">
        <w:rPr>
          <w:lang w:val="ru-RU"/>
        </w:rPr>
        <w:t xml:space="preserve"> Товар має недоліки / дефект</w:t>
      </w:r>
      <w:r w:rsidRPr="00617C6B">
        <w:rPr>
          <w:lang w:val="ru-RU"/>
        </w:rPr>
        <w:t xml:space="preserve">    </w:t>
      </w:r>
      <w:r w:rsidRPr="00617C6B">
        <w:rPr>
          <w:lang w:val="ru-RU"/>
        </w:rPr>
        <w:t>☐</w:t>
      </w:r>
      <w:r w:rsidRPr="00617C6B">
        <w:rPr>
          <w:lang w:val="ru-RU"/>
        </w:rPr>
        <w:t xml:space="preserve"> Невідповідність замовленню</w:t>
      </w:r>
    </w:p>
    <w:p w14:paraId="78868F3B" w14:textId="77777777" w:rsidR="003F676D" w:rsidRPr="00617C6B" w:rsidRDefault="005B3E42">
      <w:pPr>
        <w:spacing w:after="40"/>
        <w:rPr>
          <w:lang w:val="ru-RU"/>
        </w:rPr>
      </w:pPr>
      <w:r w:rsidRPr="00617C6B">
        <w:rPr>
          <w:lang w:val="ru-RU"/>
        </w:rPr>
        <w:t>☐</w:t>
      </w:r>
      <w:r w:rsidRPr="00617C6B">
        <w:rPr>
          <w:lang w:val="ru-RU"/>
        </w:rPr>
        <w:t xml:space="preserve"> Скасування замовлення до відвантаження</w:t>
      </w:r>
      <w:r w:rsidRPr="00617C6B">
        <w:rPr>
          <w:lang w:val="ru-RU"/>
        </w:rPr>
        <w:t xml:space="preserve">    </w:t>
      </w:r>
      <w:r w:rsidRPr="00617C6B">
        <w:rPr>
          <w:lang w:val="ru-RU"/>
        </w:rPr>
        <w:t>☐</w:t>
      </w:r>
      <w:r w:rsidRPr="00617C6B">
        <w:rPr>
          <w:lang w:val="ru-RU"/>
        </w:rPr>
        <w:t xml:space="preserve"> Повернення переплати</w:t>
      </w:r>
      <w:r w:rsidRPr="00617C6B">
        <w:rPr>
          <w:lang w:val="ru-RU"/>
        </w:rPr>
        <w:t xml:space="preserve">    </w:t>
      </w:r>
      <w:r w:rsidRPr="00617C6B">
        <w:rPr>
          <w:lang w:val="ru-RU"/>
        </w:rPr>
        <w:t>☐</w:t>
      </w:r>
      <w:r w:rsidRPr="00617C6B">
        <w:rPr>
          <w:lang w:val="ru-RU"/>
        </w:rPr>
        <w:t xml:space="preserve"> Інше: ____________________</w:t>
      </w:r>
    </w:p>
    <w:p w14:paraId="5D31B2BB" w14:textId="77777777" w:rsidR="003F676D" w:rsidRPr="00617C6B" w:rsidRDefault="005B3E42">
      <w:pPr>
        <w:spacing w:after="40"/>
        <w:rPr>
          <w:lang w:val="ru-RU"/>
        </w:rPr>
      </w:pPr>
      <w:r w:rsidRPr="00617C6B">
        <w:rPr>
          <w:lang w:val="ru-RU"/>
        </w:rPr>
        <w:t>Опис причини повернення: __________________________________________________________________________________________</w:t>
      </w:r>
    </w:p>
    <w:p w14:paraId="56A2AA24" w14:textId="77777777" w:rsidR="003F676D" w:rsidRPr="00617C6B" w:rsidRDefault="005B3E42">
      <w:pPr>
        <w:spacing w:after="40"/>
        <w:rPr>
          <w:lang w:val="ru-RU"/>
        </w:rPr>
      </w:pPr>
      <w:r w:rsidRPr="00617C6B">
        <w:rPr>
          <w:lang w:val="ru-RU"/>
        </w:rPr>
        <w:t xml:space="preserve"> __________________________________________________________________________________________</w:t>
      </w:r>
    </w:p>
    <w:p w14:paraId="1AB6981B" w14:textId="2EAADBE1" w:rsidR="003F676D" w:rsidRPr="00617C6B" w:rsidRDefault="005B3E42" w:rsidP="008E1E11">
      <w:pPr>
        <w:spacing w:after="40"/>
        <w:rPr>
          <w:lang w:val="ru-RU"/>
        </w:rPr>
      </w:pPr>
      <w:r w:rsidRPr="00617C6B">
        <w:rPr>
          <w:lang w:val="ru-RU"/>
        </w:rPr>
        <w:t xml:space="preserve"> </w:t>
      </w:r>
      <w:r w:rsidRPr="00617C6B">
        <w:rPr>
          <w:b/>
          <w:color w:val="E4002B"/>
          <w:sz w:val="22"/>
          <w:lang w:val="ru-RU"/>
        </w:rPr>
        <w:t>5. Реквізити для повернення коштів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75"/>
        <w:gridCol w:w="5183"/>
      </w:tblGrid>
      <w:tr w:rsidR="003F676D" w14:paraId="0627D0E5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69F5F40F" w14:textId="77777777" w:rsidR="003F676D" w:rsidRDefault="005B3E42">
            <w:proofErr w:type="spellStart"/>
            <w:r>
              <w:rPr>
                <w:b/>
              </w:rPr>
              <w:t>Отримувач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коштів</w:t>
            </w:r>
            <w:proofErr w:type="spellEnd"/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BA0E2C1" w14:textId="77777777" w:rsidR="003F676D" w:rsidRDefault="005B3E42">
            <w:r>
              <w:t>____________________________________________</w:t>
            </w:r>
          </w:p>
        </w:tc>
      </w:tr>
      <w:tr w:rsidR="003F676D" w14:paraId="0B1C429D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0859F4F" w14:textId="77777777" w:rsidR="003F676D" w:rsidRDefault="005B3E42">
            <w:r>
              <w:rPr>
                <w:b/>
              </w:rPr>
              <w:t>IBAN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13D636D" w14:textId="77777777" w:rsidR="003F676D" w:rsidRDefault="005B3E42">
            <w:r>
              <w:t>UA__________________________________________</w:t>
            </w:r>
          </w:p>
        </w:tc>
      </w:tr>
      <w:tr w:rsidR="003F676D" w14:paraId="52274807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63437BB" w14:textId="77777777" w:rsidR="003F676D" w:rsidRDefault="005B3E42">
            <w:r>
              <w:rPr>
                <w:b/>
              </w:rPr>
              <w:t>Банк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C4AF1B4" w14:textId="77777777" w:rsidR="003F676D" w:rsidRDefault="005B3E42">
            <w:r>
              <w:t>____________________________________________</w:t>
            </w:r>
          </w:p>
        </w:tc>
      </w:tr>
      <w:tr w:rsidR="003F676D" w14:paraId="1F780343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480312E1" w14:textId="77777777" w:rsidR="003F676D" w:rsidRDefault="005B3E42">
            <w:r>
              <w:rPr>
                <w:b/>
              </w:rPr>
              <w:t>РНОКПП / ІПН отримувача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8F80F84" w14:textId="77777777" w:rsidR="003F676D" w:rsidRDefault="005B3E42">
            <w:r>
              <w:t>____________________________________________</w:t>
            </w:r>
          </w:p>
        </w:tc>
      </w:tr>
      <w:tr w:rsidR="003F676D" w:rsidRPr="00617C6B" w14:paraId="6753EC1E" w14:textId="77777777">
        <w:trPr>
          <w:jc w:val="center"/>
        </w:trPr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2F2F2"/>
            <w:vAlign w:val="center"/>
          </w:tcPr>
          <w:p w14:paraId="5A21DFAE" w14:textId="77777777" w:rsidR="003F676D" w:rsidRDefault="005B3E42">
            <w:r>
              <w:rPr>
                <w:b/>
              </w:rPr>
              <w:t>Примітка</w:t>
            </w:r>
          </w:p>
        </w:tc>
        <w:tc>
          <w:tcPr>
            <w:tcW w:w="51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08EF4D8" w14:textId="77777777" w:rsidR="003F676D" w:rsidRPr="00617C6B" w:rsidRDefault="005B3E42">
            <w:pPr>
              <w:rPr>
                <w:lang w:val="ru-RU"/>
              </w:rPr>
            </w:pPr>
            <w:r w:rsidRPr="00617C6B">
              <w:rPr>
                <w:lang w:val="ru-RU"/>
              </w:rPr>
              <w:t>Повернення здійснюється на рахунок покупця, який здійснював оплату, якщо інше не погоджено з продавцем.</w:t>
            </w:r>
          </w:p>
        </w:tc>
      </w:tr>
    </w:tbl>
    <w:p w14:paraId="19961916" w14:textId="77777777" w:rsidR="003F676D" w:rsidRPr="00617C6B" w:rsidRDefault="005B3E42">
      <w:pPr>
        <w:rPr>
          <w:lang w:val="ru-RU"/>
        </w:rPr>
      </w:pPr>
      <w:r w:rsidRPr="00617C6B">
        <w:rPr>
          <w:b/>
          <w:color w:val="E4002B"/>
          <w:sz w:val="22"/>
          <w:lang w:val="ru-RU"/>
        </w:rPr>
        <w:t>6. Підтвердження покупця</w:t>
      </w:r>
    </w:p>
    <w:p w14:paraId="2E4D20D5" w14:textId="77777777" w:rsidR="003F676D" w:rsidRPr="00617C6B" w:rsidRDefault="005B3E42">
      <w:pPr>
        <w:ind w:left="216"/>
        <w:rPr>
          <w:lang w:val="ru-RU"/>
        </w:rPr>
      </w:pPr>
      <w:r w:rsidRPr="00617C6B">
        <w:rPr>
          <w:lang w:val="ru-RU"/>
        </w:rPr>
        <w:t>☐</w:t>
      </w:r>
      <w:r w:rsidRPr="00617C6B">
        <w:rPr>
          <w:lang w:val="ru-RU"/>
        </w:rPr>
        <w:t xml:space="preserve"> Підтверджую, що надані мною дані є достовірними.</w:t>
      </w:r>
    </w:p>
    <w:p w14:paraId="5FF15BED" w14:textId="77777777" w:rsidR="003F676D" w:rsidRPr="00617C6B" w:rsidRDefault="005B3E42">
      <w:pPr>
        <w:ind w:left="216"/>
        <w:rPr>
          <w:lang w:val="ru-RU"/>
        </w:rPr>
      </w:pPr>
      <w:r w:rsidRPr="00617C6B">
        <w:rPr>
          <w:lang w:val="ru-RU"/>
        </w:rPr>
        <w:t>☐</w:t>
      </w:r>
      <w:r w:rsidRPr="00617C6B">
        <w:rPr>
          <w:lang w:val="ru-RU"/>
        </w:rPr>
        <w:t xml:space="preserve"> Підтверджую, що товар, який повертається як товар належної якості, не використовувався та має збережений товарний вигляд, споживчі властивості, пломби, ярлики та комплектацію, якщо це застосовно.</w:t>
      </w:r>
    </w:p>
    <w:p w14:paraId="4960770D" w14:textId="77777777" w:rsidR="003F676D" w:rsidRPr="00617C6B" w:rsidRDefault="005B3E42">
      <w:pPr>
        <w:ind w:left="216"/>
        <w:rPr>
          <w:lang w:val="ru-RU"/>
        </w:rPr>
      </w:pPr>
      <w:r w:rsidRPr="00617C6B">
        <w:rPr>
          <w:lang w:val="ru-RU"/>
        </w:rPr>
        <w:t>☐</w:t>
      </w:r>
      <w:r w:rsidRPr="00617C6B">
        <w:rPr>
          <w:lang w:val="ru-RU"/>
        </w:rPr>
        <w:t xml:space="preserve"> Надаю згоду на обробку персональних даних виключно з метою розгляду цієї заяви та здійснення повернення коштів.</w:t>
      </w:r>
    </w:p>
    <w:p w14:paraId="456A0288" w14:textId="794284FD" w:rsidR="003F676D" w:rsidRPr="005D7F7B" w:rsidRDefault="003F676D">
      <w:pPr>
        <w:spacing w:before="200"/>
        <w:rPr>
          <w:lang w:val="ru-RU"/>
        </w:rPr>
      </w:pPr>
    </w:p>
    <w:p w14:paraId="530E1D88" w14:textId="4F0B8F65" w:rsidR="005B3E42" w:rsidRDefault="00251EC8">
      <w:pPr>
        <w:rPr>
          <w:lang w:val="uk-UA"/>
        </w:rPr>
      </w:pPr>
      <w:r>
        <w:rPr>
          <w:lang w:val="uk-UA"/>
        </w:rPr>
        <w:t>ПІБ  ____________________</w:t>
      </w:r>
    </w:p>
    <w:p w14:paraId="64BA4F49" w14:textId="113420A5" w:rsidR="00251EC8" w:rsidRPr="00251EC8" w:rsidRDefault="00251EC8">
      <w:pPr>
        <w:rPr>
          <w:lang w:val="uk-UA"/>
        </w:rPr>
      </w:pPr>
      <w:r>
        <w:rPr>
          <w:lang w:val="uk-UA"/>
        </w:rPr>
        <w:t>Підпис __________________</w:t>
      </w:r>
    </w:p>
    <w:sectPr w:rsidR="00251EC8" w:rsidRPr="00251EC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9E63" w14:textId="77777777" w:rsidR="005B3E42" w:rsidRDefault="005B3E42">
      <w:pPr>
        <w:spacing w:after="0" w:line="240" w:lineRule="auto"/>
      </w:pPr>
      <w:r>
        <w:separator/>
      </w:r>
    </w:p>
  </w:endnote>
  <w:endnote w:type="continuationSeparator" w:id="0">
    <w:p w14:paraId="7DACD10B" w14:textId="77777777" w:rsidR="005B3E42" w:rsidRDefault="005B3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D28E" w14:textId="77777777" w:rsidR="007829EA" w:rsidRDefault="00782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E16F" w14:textId="785A4E1F" w:rsidR="003F676D" w:rsidRPr="007829EA" w:rsidRDefault="003F676D" w:rsidP="007829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072E" w14:textId="77777777" w:rsidR="007829EA" w:rsidRDefault="007829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C3D4" w14:textId="77777777" w:rsidR="005B3E42" w:rsidRDefault="005B3E42">
      <w:pPr>
        <w:spacing w:after="0" w:line="240" w:lineRule="auto"/>
      </w:pPr>
      <w:r>
        <w:separator/>
      </w:r>
    </w:p>
  </w:footnote>
  <w:footnote w:type="continuationSeparator" w:id="0">
    <w:p w14:paraId="2A9E646F" w14:textId="77777777" w:rsidR="005B3E42" w:rsidRDefault="005B3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90ED" w14:textId="77777777" w:rsidR="007829EA" w:rsidRDefault="007829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7469" w14:textId="77777777" w:rsidR="007829EA" w:rsidRDefault="007829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12A0" w14:textId="77777777" w:rsidR="007829EA" w:rsidRDefault="00782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8917032">
    <w:abstractNumId w:val="8"/>
  </w:num>
  <w:num w:numId="2" w16cid:durableId="1518500892">
    <w:abstractNumId w:val="6"/>
  </w:num>
  <w:num w:numId="3" w16cid:durableId="1547328293">
    <w:abstractNumId w:val="5"/>
  </w:num>
  <w:num w:numId="4" w16cid:durableId="1960722515">
    <w:abstractNumId w:val="4"/>
  </w:num>
  <w:num w:numId="5" w16cid:durableId="760954451">
    <w:abstractNumId w:val="7"/>
  </w:num>
  <w:num w:numId="6" w16cid:durableId="212887065">
    <w:abstractNumId w:val="3"/>
  </w:num>
  <w:num w:numId="7" w16cid:durableId="857622735">
    <w:abstractNumId w:val="2"/>
  </w:num>
  <w:num w:numId="8" w16cid:durableId="1467317724">
    <w:abstractNumId w:val="1"/>
  </w:num>
  <w:num w:numId="9" w16cid:durableId="88552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1EC8"/>
    <w:rsid w:val="002723FC"/>
    <w:rsid w:val="0029639D"/>
    <w:rsid w:val="00326F90"/>
    <w:rsid w:val="003F56F3"/>
    <w:rsid w:val="003F676D"/>
    <w:rsid w:val="005B3E42"/>
    <w:rsid w:val="005D7F7B"/>
    <w:rsid w:val="00617C6B"/>
    <w:rsid w:val="007829EA"/>
    <w:rsid w:val="008E1E1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62061"/>
  <w14:defaultImageDpi w14:val="300"/>
  <w15:docId w15:val="{EE84DE0C-B66E-41DD-8879-DE7AFCBB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3f3f0f-95b6-4766-93f1-6bd07de19cea}" enabled="0" method="" siteId="{9a3f3f0f-95b6-4766-93f1-6bd07de19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2099</Characters>
  <Application>Microsoft Office Word</Application>
  <DocSecurity>0</DocSecurity>
  <Lines>65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 Momont</dc:creator>
  <cp:keywords/>
  <dc:description>generated by python-docx</dc:description>
  <cp:lastModifiedBy>Uliana Momont</cp:lastModifiedBy>
  <cp:revision>2</cp:revision>
  <dcterms:created xsi:type="dcterms:W3CDTF">2026-07-13T07:45:00Z</dcterms:created>
  <dcterms:modified xsi:type="dcterms:W3CDTF">2026-07-13T07:45:00Z</dcterms:modified>
  <cp:category/>
</cp:coreProperties>
</file>